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Voľné pracovné miesta NIH; MA odporúčanie Shakeup; Vymazať 20 rokov disciplinárnej rady?</w:t>
      </w:r>
    </w:p>
    <w:p>
      <w:r>
        <w:t>Zdroj: MedPage Today</w:t>
      </w:r>
    </w:p>
    <w:p>
      <w:r>
        <w:t>Publikované: Fri, 27 Feb 2026 11:05:41 -0500</w:t>
      </w:r>
    </w:p>
    <w:p/>
    <w:p>
      <w:pPr>
        <w:pStyle w:val="Heading1"/>
      </w:pPr>
      <w:r>
        <w:t>Súhrn</w:t>
      </w:r>
    </w:p>
    <w:p>
      <w:r>
        <w:t>Podcast MedPod Today z MedPage Today diskutuje tri hlavné zdravotnícke témy týždňa. Prvou je veľký počet voľných pracovných miest v Národných inštitútach zdravia (NIH). Druhou témou je zmena v systéme odporúčaní pre medicínskych asistentov (MA referral shakeup). Tretia téma sa týka návrhu na vymazanie záznamov o disciplinárnych opatreniach rady sestier za posledných 20 rokov. Epizódu vedie reportérka Rachael Robertson, ktorá poskytuje hlbší pohľad na tieto príbehy. Podcast zdieľa aktuálne informácie o dianí v zdravotníctve. Žiadne špecifické štatistiky ani detaily zistení nie sú v prepise uvedené.</w:t>
      </w:r>
    </w:p>
    <w:p/>
    <w:p>
      <w:pPr>
        <w:jc w:val="center"/>
      </w:pPr>
      <w:r>
        <w:t>Vygenerované: 27.02.2026 19:01:15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