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objavili diétu, ktorá prinúti telo spaľovať tuk bez cvičenia</w:t>
      </w:r>
    </w:p>
    <w:p>
      <w:r>
        <w:t>Zdroj: ScienceDaily Health</w:t>
      </w:r>
    </w:p>
    <w:p>
      <w:r>
        <w:t>Publikované: Fri, 27 Feb 2026 13:05:43 EST</w:t>
      </w:r>
    </w:p>
    <w:p/>
    <w:p>
      <w:pPr>
        <w:pStyle w:val="Heading1"/>
      </w:pPr>
      <w:r>
        <w:t>Súhrn</w:t>
      </w:r>
    </w:p>
    <w:p>
      <w:r>
        <w:t>Vedci objavili, že odrezanie dvoch aminokyselín bežných v živočíšnych bielkovinách – metionínu a cysteínu – spôsobilo, že myši spaľovali podstatne viac energie.[1][2] Zvýšenie produkcie tepla bolo takmer také silné ako neustále vystavenie nízkym teplotám.[1] Myši nejedli menej ani necvičili viac, ale jednoducho vytvorili viac tepla vo svojom béžovom tuku.[1] V experimentoch geneticky upravili myši, aby prestali produkovať cysteín a kŕmili ich stravou bez tejto aminokyseliny, čo viedlo k strate až 30 % telesnej hmotnosti za 7 dní.[2] Nízke hladiny cysteínu vyvolali rýchly úbytok tuku aktiváciou siete vzájomne prepojených biologických ciest a nedostatkom koenzýmu A, ktorý koordinuje metabolické reakcie.[2] Tento objav naznačuje, že samotná strava môže aktivovať mechanizmus na spaľovanie kalórií v tele.[1]</w:t>
      </w:r>
    </w:p>
    <w:p/>
    <w:p>
      <w:pPr>
        <w:jc w:val="center"/>
      </w:pPr>
      <w:r>
        <w:t>Vygenerované: 27.02.2026 20:00:33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