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Keď použijem slovo. . . Fantázia, afantázia a hyperfantázia mysle a očí</w:t>
      </w:r>
    </w:p>
    <w:p>
      <w:r>
        <w:t>Zdroj: BMJ</w:t>
      </w:r>
    </w:p>
    <w:p>
      <w:r>
        <w:t>Publikované: 2026-02-27T09:03:04-08:00</w:t>
      </w:r>
    </w:p>
    <w:p/>
    <w:p>
      <w:pPr>
        <w:pStyle w:val="Heading1"/>
      </w:pPr>
      <w:r>
        <w:t>Súhrn</w:t>
      </w:r>
    </w:p>
    <w:p>
      <w:r>
        <w:t>Americkej rozhlasovej novinárke Susan Stambergovej (1938-2025) sa pripisuje výrok, že „v rádiu sú obrázky lepšie“, čo vysvetlila slovami: „všetko, čo si dokážete predstaviť, je lepšie ako čokoľvek, čo môžete vidieť“. Tento epigram použil Adam Carroll-Smith ako názov svojej knihy. Ako športový reportér britskej národnej novinovej agentúry napísal správu na základe rádiového komentára o štvrtom zápase v Anglicku na Trentskom moste. Vďaka tomu mal v mysli vynikajúci vizuálny obraz, ktorý potom odovzdal čitateľom. Zmeškal komentár Jonathana Agnewa k záverečným momentom zápasu. Uviedol, že keby zápas sledoval v televízii, bol by...</w:t>
      </w:r>
    </w:p>
    <w:p/>
    <w:p>
      <w:pPr>
        <w:jc w:val="center"/>
      </w:pPr>
      <w:r>
        <w:t>Vygenerované: 27.02.2026 20:01:02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