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Nový zákon o ID v Kansase by mohol mať zdravotné následky pre trans ľudí</w:t>
      </w:r>
    </w:p>
    <w:p>
      <w:r>
        <w:t>Zdroj: STAT News</w:t>
      </w:r>
    </w:p>
    <w:p>
      <w:r>
        <w:t>Publikované: Fri, 27 Feb 2026 18:54:32 +0000</w:t>
      </w:r>
    </w:p>
    <w:p/>
    <w:p>
      <w:pPr>
        <w:pStyle w:val="Heading1"/>
      </w:pPr>
      <w:r>
        <w:t>Súhrn</w:t>
      </w:r>
    </w:p>
    <w:p>
      <w:r>
        <w:t>Nový zákon v Kansase (SB 244), schválený napriek vetu guvernérky Laury Kelly, okamžite zrušil platnosť vodičských preukazov a identifikačných kariet trans rodín, ak ich pohlavný údaj nezodpovedá pohlaviu pri narodení[1][2][3]. Zákon tiež zrušil zmeny na približne 1800 rodných listoch a zakazuje budúce úpravy pohlavného údaju na týchto dokumentoch aj vodičských preukazoch[1][2]. Kansas Department of Revenue (KDOR) oznámila, že dokumenty sú neplatné bez odkladu, s poplatkom 8 dolárov za nový vodičský preukaz a 20 dolárov za opravený rodný list[1][2]. Zákon navyše zakazuje trans ľuďom používať verejné toalety a šatne v štátnych budovách podľa ich rodovej identity, s možnosťou súkromných žalôb za 1000 dolárov za porušenie[2][3]. KDOR odhaduje, že zákon ovplyvní okolo 1800 ľudí, vrátane 159 nedávnych zmien pohlavného údaju[2]. Dva trans obyvatelia Kansasy podali žalobu proti zákonu pre neplatnosť ich vodičských preukazov a riziká súvisiacich sťažností[3].</w:t>
      </w:r>
    </w:p>
    <w:p/>
    <w:p>
      <w:pPr>
        <w:jc w:val="center"/>
      </w:pPr>
      <w:r>
        <w:t>Vygenerované: 27.02.2026 20:01:14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