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Žiadne veľké „reakcie“ na paneli expertov na potravinovú alergiu FDA</w:t>
      </w:r>
    </w:p>
    <w:p>
      <w:r>
        <w:t>Zdroj: MedPage Today</w:t>
      </w:r>
    </w:p>
    <w:p>
      <w:r>
        <w:t>Publikované: Fri, 27 Feb 2026 12:56:38 -0500</w:t>
      </w:r>
    </w:p>
    <w:p/>
    <w:p>
      <w:pPr>
        <w:pStyle w:val="Heading1"/>
      </w:pPr>
      <w:r>
        <w:t>Súhrn</w:t>
      </w:r>
    </w:p>
    <w:p>
      <w:r>
        <w:t>FDA usporiadala expertný panel o potravinových alergiách 25. februára 2026 od 13:00 do 15:00 ET na svojom kampuse White Oak v Silver Spring, Maryland.[2][4][5] Panel pozostával z okrúhlych stolov s nezávislými vedeckými expertmi, ktorí preskúmali najnovšie dôkazy, hodnotili zdravotné riziká, skúmali bezpečnejšie alternatívy a ponúkli odporúčania pre regulačné opatrenia.[1][2][5] Diskusie sa zamerali na etiológiu potravinových alergií, najlepšie liečby a aktuálne zdravotné usmernenia.[1][2] Medzi potvrdenými panelistami boli Ruchi Gupta, Richard Iorio, Corinne Keet, Stefano Luccioli, Sung Poblete, Ronald L. Rabin, Hugh A. Sampson a Kelly Stone.[4] Medzi nich patrili aj významní odborníci ako riaditeľka centra pre potravinovú alergiu na Northwestern University a profesori z Harvardu a Mount Sinai.[4] Podujatie bolo vysielané naživo a verejnosť mohla zúčastniť s obmedzeným počtom miest.[1][5] FDA vyzvala verejnosť na komentáre v docket FDA-2026-N-1925.[4]</w:t>
      </w:r>
    </w:p>
    <w:p/>
    <w:p>
      <w:pPr>
        <w:jc w:val="center"/>
      </w:pPr>
      <w:r>
        <w:t>Vygenerované: 27.02.2026 20:01:25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