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Lepšie, nie len menej: Prehodnotenie predpisovania antibiotík</w:t>
      </w:r>
    </w:p>
    <w:p>
      <w:r>
        <w:t>Zdroj: PLOS Medicine</w:t>
      </w:r>
    </w:p>
    <w:p>
      <w:r>
        <w:t>Publikované: 2026-02-27T14:00:00Z</w:t>
      </w:r>
    </w:p>
    <w:p/>
    <w:p>
      <w:pPr>
        <w:pStyle w:val="Heading1"/>
      </w:pPr>
      <w:r>
        <w:t>Súhrn</w:t>
      </w:r>
    </w:p>
    <w:p>
      <w:r>
        <w:t>Nástroje na podporu klinického rozhodovania môžu obmedziť zbytočné užívanie antibiotík. Úspech týchto nástrojov však závisí od viac než len od technológie. Autori Giorgia Sulis a Derek R. MacFadden skúmajú problémy správania, spravodlivosti a riadenia pri riešení antimikrobiálnej rezistencie. Zdôrazňujú potrebu „lepších, nie len menej“ receptov na antibiotiká. Tieto recepty pomáhajú bojovať proti rezistencii efektívnejšie. Riešenie vyžaduje komplexný prístup za hranicami technológie.</w:t>
      </w:r>
    </w:p>
    <w:p/>
    <w:p>
      <w:pPr>
        <w:jc w:val="center"/>
      </w:pPr>
      <w:r>
        <w:t>Vygenerované: 27.02.2026 21:00:37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