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Zvýhodnené ceny liekov Trump pre niektoré spoločnosti končia po troch rokoch</w:t>
      </w:r>
    </w:p>
    <w:p>
      <w:r>
        <w:t>Zdroj: STAT News</w:t>
      </w:r>
    </w:p>
    <w:p>
      <w:r>
        <w:t>Publikované: Fri, 27 Feb 2026 20:58:14 +0000</w:t>
      </w:r>
    </w:p>
    <w:p/>
    <w:p>
      <w:pPr>
        <w:pStyle w:val="Heading1"/>
      </w:pPr>
      <w:r>
        <w:t>Súhrn</w:t>
      </w:r>
    </w:p>
    <w:p>
      <w:r>
        <w:t>Prezident Trump uzavrel dohody s farmaceutickými spoločnosťami o tzv. najvýhodnejšom národnom určovaní cien liekov, ktoré majú trvať tri roky.[1][2] Tieto dohody zaväzujú výrobcov liekov ponúkať americkým pacientom ceny zodpovedajúce najnižším cenám v iných vyspelých krajinách.[1] V decembri 2025 Trump oznámil deväť nových dohôd s veľkými farmaceutickými spoločnosťami, ktoré prinesú úspory v miliardach dolárov.[1] Napríklad spoločnosť Merck znížila cenu diabetického lieku Januvia zo 330 dolárov na 100 dolárov pre pacientov nakupujúcich priamo cez program TrumpRx, a Novartis znížila cenu lieku Mayzent na liečbu roztroušenej sklerózy z 9 987 dolárov na 1 137 dolárov.[1] Dohody umožňujú všetkým štátnym programom Medicaid prístup k týmto zníženým cenám a zaväzujú spoločnosti ponúkať nové inovatívne lieky za ceny určené najvýhodnejším národom.[1] Výrobcovia liekov sa tiež zaviazali zvýšiť investície do výroby v USA a na oplátku dostanú trojročné oslobodenie od ciel, ktoré by im inak hrozili.[2]</w:t>
      </w:r>
    </w:p>
    <w:p/>
    <w:p>
      <w:pPr>
        <w:jc w:val="center"/>
      </w:pPr>
      <w:r>
        <w:t>Vygenerované: 27.02.2026 22:00:43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