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AI Vulnerable to Fake Info; Vegetarians Have Fewer Cancers; 'Snooki' má rakovinu</w:t>
      </w:r>
    </w:p>
    <w:p>
      <w:r>
        <w:t>Zdroj: MedPage Today</w:t>
      </w:r>
    </w:p>
    <w:p>
      <w:r>
        <w:t>Publikované: Fri, 27 Feb 2026 14:09:43 -0500</w:t>
      </w:r>
    </w:p>
    <w:p/>
    <w:p>
      <w:pPr>
        <w:pStyle w:val="Heading1"/>
      </w:pPr>
      <w:r>
        <w:t>Súhrn</w:t>
      </w:r>
    </w:p>
    <w:p>
      <w:r>
        <w:t>Programy umelej inteligencie sú zraniteľné voči vymysleným lekárskym informáciám, najmä dezinformáciám v autoritatívnom alebo formálnom jazyku.[1] Kohortová štúdia Univerzity Loma Linda analyzovala údaje od 79 468 adventistov siedmeho dňa v USA a Kanade.[1][2] Vegánski účastníci mali o 24 % nižšie celkové riziko vzniku rakoviny v porovnaní s nevegetariánmi z rovnakej komunity.[1] Vegetariánska strava bohatá na celozrnné rastlinné potraviny znižuje riziko rakoviny žalúdka o 45 %, lymfómu o 25 % a celkovo o 12 %.[2][4] Štúdia je observačná, preto nemôže preukázať kauzalitu.[1] Niektoré štúdie uvádzajú vyššie riziko depresií a úzkostí u vegetariánov kvôli nedostatku živín ako vitamín B12.[3] 'Snooki' má rakovinu.[originálny obsah]</w:t>
      </w:r>
    </w:p>
    <w:p/>
    <w:p>
      <w:pPr>
        <w:jc w:val="center"/>
      </w:pPr>
      <w:r>
        <w:t>Vygenerované: 27.02.2026 22:00:54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