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Čas kvízu: Ktorá skupina lekárov prerušila vzťahy s panelom vakcín CDC?</w:t>
      </w:r>
    </w:p>
    <w:p>
      <w:r>
        <w:t>Zdroj: MedPage Today</w:t>
      </w:r>
    </w:p>
    <w:p>
      <w:r>
        <w:t>Publikované: Sat, 28 Feb 2026 17:00:00 -0500</w:t>
      </w:r>
    </w:p>
    <w:p/>
    <w:p>
      <w:pPr>
        <w:pStyle w:val="Heading1"/>
      </w:pPr>
      <w:r>
        <w:t>Súhrn</w:t>
      </w:r>
    </w:p>
    <w:p>
      <w:r>
        <w:t>Článok z MedPage Today je formou kvízu s názvom „Čas kvízu: Ktorá skupina lekárov prerušila vzťahy s panelom vakcín CDC?“. Ide o test znalostí pre lekárov po absolvovaní medicínskeho školenia. Týždenný kvíz overuje, či čitateľ zvládne otázky z aktuálneho vydania. Žiadne ďalšie detaily o odpovedi na kvíz alebo štatistiky nie sú v obsahu uvedené.[1]</w:t>
      </w:r>
    </w:p>
    <w:p/>
    <w:p>
      <w:pPr>
        <w:jc w:val="center"/>
      </w:pPr>
      <w:r>
        <w:t>Vygenerované: 01.03.2026 00:01:09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