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[Editorial] Robert F Kennedy Jr: 1 rok neúspechu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Robert F. Kennedy Jr. vo svojom prvom prejave ako minister ministerstva zdravotníctva a sociálnych služieb USA (HHS) predstavil plán na obnovenie dôvery verejnosti. Pandémia COVID-19 viedla k poklesu dôvery vo federálne zdravotníctvo a vedu. Medzi aprílom 2020 a septembrom 2023 kleslo percento respondentov prieskumu, ktorí dôverovali informáciám o koronavíruse a očkovaní z Centra pre kontrolu a prevenciu chorôb (CDC) „veľmi“ alebo „pomerne veľa“, z 83 % na 63 %. Článok označuje prvý rok jeho pôsobenia za neúspech. Zahŕňa zmienku o prepúšťaní zamestnancov HHS a znižovaní financií.[1][4][5]</w:t>
      </w:r>
    </w:p>
    <w:p/>
    <w:p>
      <w:pPr>
        <w:jc w:val="center"/>
      </w:pPr>
      <w:r>
        <w:t>Vygenerované: 27.02.2026 01:00:33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