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Uisťujúce výsledky prežitia moderných náhrad bedrového kĺbu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Pacienti sa pri operácii bedrového kĺbu často pýtajú, ako dlho náhrada vydrží. Štúdia z roku 2019 publikovaná v The Lancet spojila údaje z registra, aby odpovedala na túto otázku pre pacientov s totálnou náhradou bedrového kĺbu pri osteoartróze. Analyzovala prežitie protéz u pacientov, ktorí už operáciu absolvovali alebo sa o ňu rozhodovali. Hlavným obmedzením štúdie je, že mnohí pacienti mali staršie protézy, ktoré nemusia vydržať tak dlho ako moderné implantáty. Komentár zdôrazňuje uisťujúce výsledky prežitia moderných náhrad bedrového kĺbu.</w:t>
      </w:r>
    </w:p>
    <w:p/>
    <w:p>
      <w:pPr>
        <w:jc w:val="center"/>
      </w:pPr>
      <w:r>
        <w:t>Vygenerované: 27.02.2026 01:00:41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