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Prvé kroky potenciálnej novej éry vo fetálnej intervencii pre spina bifida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Oprava otvorených defektov neurálnej trubice, vrátane myelomeningokély, u plodu zlepšuje postnatálne výsledky. Tento zákrok znižuje závažnosť hydrocefalu a následne potrebu odklonu mozgovej miechovej tekutiny. Zlepšuje aj motorické funkcie a zvyšuje šance na samostatnú chôdzu o 30 mesiacov. Tieto výhody preukázala v roku 2011 štúdia Management of Myelomeningocele Study (MOMS). Na základe týchto zistení sa operácia stala súčasťou štandardnej starostlivosti. Dnes sa ponúka v mnohých centrách po celom svete. Článok označuje tieto kroky za prvé v potenciálnej novej ére fetálnej intervencie pri spina bifida.</w:t>
      </w:r>
    </w:p>
    <w:p/>
    <w:p>
      <w:pPr>
        <w:jc w:val="center"/>
      </w:pPr>
      <w:r>
        <w:t>Vygenerované: 27.02.2026 01:00:50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