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Antipsychotické lieky na schizofréniu: čas posunúť sa vpred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Antipsychotika sú kľúčovou súčasťou farmakologickej liečby schizofrénie. Poskytujú terapeutické výhody, no majú obmedzenia v účinnosti a znášanlivosti. Počas niekoľkých posledných desaťročí stovky randomizovaných kontrolovaných štúdií skúmali prínosy a poškodenia týchto liekov u rôznych populácií so schizofréniou a súvisiacimi psychotickými poruchami. Tieto štúdie boli zhrnuté v systematických prehľadoch. Systematické prehľady poskytli informácie pre klinické usmernenia. Tiež poskytli užitočné poznatky pre každodennú klinickú prax. Článok je komentár s názvom „Antipsychotické lieky na schizofréniu: čas posunúť sa vpred“.</w:t>
      </w:r>
    </w:p>
    <w:p/>
    <w:p>
      <w:pPr>
        <w:jc w:val="center"/>
      </w:pPr>
      <w:r>
        <w:t>Vygenerované: 27.02.2026 01:01:02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