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Offline: Nový príbeh pre globálne zdravie?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Globálny fond na boj proti AIDS, tuberkulóze a malárii oznámil konečný výsledok svojho ôsmeho doplnenia vo výške 12,64 miliárd USD. Správna rada fondu tento výsledok privítala. Cieľ stanovený fondom bol 18 miliárd USD a vedenie ho považovalo za dosiahnuteľný. Investičný prípad publikovaný v The Lancet pod vedením Tima Halletta a kolegov v júli 2025 odhaduje, že pri použití tejto sumy spolu s domácim financovaním a ďalšími darmi by sa v rokoch 2027 až 2029 dalo zachrániť 23 miliónov životov. Taktiež by sa zabránilo 400 miliónom prípadov a infekcií. Mnohí priaznivci fondu považujú vyzbieranú sumu za obrovský úspech.</w:t>
      </w:r>
    </w:p>
    <w:p/>
    <w:p>
      <w:pPr>
        <w:jc w:val="center"/>
      </w:pPr>
      <w:r>
        <w:t>Vygenerované: 27.02.2026 01:01:31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