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Kandidáti sa pripravujú na voľby generálneho riaditeľa WHO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Kandidáti sa pripravujú na voľby generálneho riaditeľa WHO v období nepokojov.[1] Existuje široké pole neoficiálnych kandidátov, ktorí prevezmú vedenie agentúry.[1] Šesť kandidátov bolo navrhnutých šiestimi krajinami: Etiópia navrhla Dr. Tedrosa Adhanoma Ghebreyesusa, Taliansko Dr. Flaviu Bustreo, Francúzsko profesora Philippea Douste-Blazého, Spojené kráľovstvo Dr. Davida Nabarra, Pakistan Dr. Saniu Nishtar a Maďarsko Dr. Miklósa Szócsku.[1][2] Päť z nich sú lekári a štyria pôsobili ako ministri zdravotníctva vo svojich krajinách.[2] Súčasná generálna riaditeľka Dr. Margaret Chan ukončí druhé funkčné obdobie 30. júna 2017 a nový riaditeľ nastúpi 1. júla 2017.[1][2] Proces nominácií prebehol od 22. apríla do 22. septembra 2016 medzi 194 členskými štátmi WHO.[1] Kandidáti sa 1.–2. novembra zúčastnia fóra, kde predstavia vízie a odpovedia na otázky.[1]</w:t>
      </w:r>
    </w:p>
    <w:p/>
    <w:p>
      <w:pPr>
        <w:jc w:val="center"/>
      </w:pPr>
      <w:r>
        <w:t>Vygenerované: 27.02.2026 01:01:42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