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[Svetová správa] Nový prístup k zdraviu pľúc v Malajzii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Malajzia zaviedla integrovaný prístup k zdraviu pľúc, ktorý spája boj proti rakovine pľúc, tuberkulóze a chronickým respiračným ochoreniam.[3] Ministerstvo zdravotníctva Malajzie viedlo návrh celosvetového rozhodnutia Svetovej zdravotníckej skupiny, ktoré vyzýva na koordinovanú reakciu na tieto ochorenia a spoločné rizikové faktory, ako sú znečistenie vzduchu a používanie tabáku.[3] Malajzia publikovala svoje prvé klinické praktické usmernenia pre rakovinu pľúc v apríli 2025, ktoré poskytujú odporúčania na skríning, diagnostiku, liečbu a starostlivosť po operácii.[4] Približne 95 % všetkých prípadov rakoviny pľúc v Malajzii sa zistí v pokročilých štádiách (III alebo IV), kde sú možnosti liečby obmedzené.[4] Iniciatíva si kladie za cieľ znížiť počet úmrtí na tuberkulózu, CHOCHP a rakovinu pľúc o 30 % do roku 2030.[6] Malajzia zavádza skríning pľúc s pomocou umelej inteligencie a mikrozáchranného poistného produktu LungShield, ktorý pokrýva vysoké náklady na ďalšiu diagnostiku vrátane CT skanov.[2] V pilotnej štúdii z rokov 2021–2023 bolo skrínovaných viac ako 10 000 Malajzijčanov, pričom umelá inteligencia identifikovala pľúcne noduly s frekvenciou 2,5 %.[5]</w:t>
      </w:r>
    </w:p>
    <w:p/>
    <w:p>
      <w:pPr>
        <w:jc w:val="center"/>
      </w:pPr>
      <w:r>
        <w:t>Vygenerované: 27.02.2026 01:01:56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