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Maria Antonieta Alcalde Castro: nová generálna riaditeľka IPPF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Maria Antonieta Alcalde Castro je novou generálnou riaditeľkou Medzinárodnej federácie pre plánované rodičovstvo (IPPF). Nástup do 4-ročného funkčného obdobia nastane 1. marca 2026. V rozhovore pre The Lancet pred nástupom uviedla: „Máme veľa výziev, ale zároveň máme veľa sily.“ Chce, aby IPPF zostala dôveryhodným partnerom a poskytovateľom vysokokvalitných služieb v oblasti sexuálneho a reprodukčného zdravia, najmä pre nedostatočne obsluhovaných. IPPF má byť globálnym hlasom za telesnú autonómiu, rodovú spravodlivosť a ľudské práva ako celok.</w:t>
      </w:r>
    </w:p>
    <w:p/>
    <w:p>
      <w:pPr>
        <w:jc w:val="center"/>
      </w:pPr>
      <w:r>
        <w:t>Vygenerované: 27.02.2026 01:02:07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