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Dekódovanie jazyka spánku pomocou umelej inteligencie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Spánok predstavuje nedostatočne využívaný zdroj dát v medicíne. Klinicky narušený spánok sa často lieči ako symptóm poruchy, no spánok je aj fyziologický stav, v ktorom mozog, srdce, dýchanie a autonómne systémy nepretržite interagujú. Táto interakcia je merateľná a potenciálne prediktívna. Sledovanie spánku spotrebiteľov sa stáva bežným vďaka nositeľným zariadeniam, ktoré zachytávajú pohyb pomocou akcelerometrie. Tieto zariadenia zároveň využívajú fotopletyzmografiu (PPG), ktorá odhaduje zmeny objemu krvi z odrazeného svetla.</w:t>
      </w:r>
    </w:p>
    <w:p/>
    <w:p>
      <w:pPr>
        <w:jc w:val="center"/>
      </w:pPr>
      <w:r>
        <w:t>Vygenerované: 27.02.2026 01:02:16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