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Byť človekom: schopnosť, advokácia a posilňovanie medicíny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Ableizmus je sieť presvedčení, procesov a praktík, ktoré vytvárajú predstavu o "dokonalom" ľudskom tele a mysli, pričom postihnutie sa považuje za zníženú formu ľudskej existencie[1]. V zdravotníctve sa ableizmus prejavuje ako diskriminácia voči osobám so zdravotným postihnutím, vrátane implicitných a explicitných predsudkov zdravotníckych pracovníkov[7]. Osoby so zdravotným postihnutím čelia v medicínskych zariadeniach zraniteľnosti, pretože sa na nich často aplikuje utilitárny prístup pri rozhodovaní o liečebných opatreniach[1]. Menej ako 5 % študentov medicíny sa identifikuje ako osoby so zdravotným postihnutím, čo je spôsobené socioekonomickými faktormi a nedostatkom dostupných zdrojov na podporu profesionálov s postihnutím[5]. Zdravotnícki pracovníci majú etickú povinnosť skúmať svoje predsudky a vytvárať kultúru porozumenia pre skúsenosti pacientov so zdravotným postihnutím[6]. Odborníci odporúčajú zavádzať perspektívy osôb so zdravotným postihnutím do medicínskych a bioetických kurzov ako prostriedok na boj proti medicínskemu ableizmu[1]. Zlepšenie starostlivosti o pacientov so zdravotným postihnutím vyžaduje vytvorenie citlivejších, prístupnejších a lepšie vybavených zdravotníckych inštitúcií[6].</w:t>
      </w:r>
    </w:p>
    <w:p/>
    <w:p>
      <w:pPr>
        <w:jc w:val="center"/>
      </w:pPr>
      <w:r>
        <w:t>Vygenerované: 27.02.2026 01:02:29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