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[Nekrológ] John Yudkin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John Yudkin bol lekár, ktorý viedol kampaň za spravodlivý prístup k inzulínu a vyškolil novú generáciu globálnych lekárov. Narodil sa 25. júna 1943 v severnom Londýne vo Veľkej Británii. Zomrel tam po krátkej chorobe 17. decembra 2025 vo veku 82 rokov.[1]</w:t>
      </w:r>
    </w:p>
    <w:p/>
    <w:p>
      <w:pPr>
        <w:jc w:val="center"/>
      </w:pPr>
      <w:r>
        <w:t>Vygenerované: 27.02.2026 01:02:36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