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Sledovanie pozorovateľov: odpoveď od Global Health Watch 7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Global Health Watch 7 je najnovšie vydanie série správ o alternatívnom svetovom zdraví s názvom Mobilizing for Health Justice. Autori oceňujú zapojenie Richarda Hortona do tohto vydania. Séria poskytuje priestor pre kritické analýzy stavu svetového zdravia prostredníctvom príspevkov aktivistov v oblasti zdravia, miestnych aj akademických. Podtitul sa zmenil po tom, čo WHO prestala vydávať výročné správy o svetovom zdraví. Tvorba kapitol v Global Health Watch 7 bola cvičením na budovanie pohybu s príspevkami viac ako stovky aktivistov z celého sveta. Vydanie obsahuje inovácie ako kolektívne písacie skupiny, vydávanie kapitol zadarmo a dostupnosť v angličtine a španielčine. Proces bol podporený piatou People’s Health Assembly v Argentíne v apríli 2024.[1][2][3]</w:t>
      </w:r>
    </w:p>
    <w:p/>
    <w:p>
      <w:pPr>
        <w:jc w:val="center"/>
      </w:pPr>
      <w:r>
        <w:t>Vygenerované: 27.02.2026 01:03:03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