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[Korespondencia] Klopidogrel verzus aspirín pri ochorení koronárnych artérií</w:t>
      </w:r>
    </w:p>
    <w:p>
      <w:r>
        <w:t>Zdroj: The Lancet</w:t>
      </w:r>
    </w:p>
    <w:p>
      <w:r>
        <w:t>Publikované: 2026-02-28</w:t>
      </w:r>
    </w:p>
    <w:p/>
    <w:p>
      <w:pPr>
        <w:pStyle w:val="Heading1"/>
      </w:pPr>
      <w:r>
        <w:t>Súhrn</w:t>
      </w:r>
    </w:p>
    <w:p>
      <w:r>
        <w:t>Autori s záujmom komentujú systematický prehľad a metaanalýzu klopidogrelu oproti aspirínu na sekundárnu prevenciu ochorenia koronárnych artérií od Marca Valgimigliho a kolektívu. Prehľad zahŕňal sedem randomizovaných štúdií s údajmi o 28 982 pacientoch. Zistil nižší výskyt závažných nežiaducich kardiovaskulárnych alebo cerebrovaskulárnych príhod (MACCE) s klopidogrelom oproti aspirínu – 929 prípadov (2,61 na 100 pacientorokov) verzus 1062 prípadov (2,99 na 100 pacientorokov). Väčšina štúdií bola otvorená a financovaná priemyslom. Všetky štúdie boli posúdené ako majúce nízke riziko zaujatosti.</w:t>
      </w:r>
    </w:p>
    <w:p/>
    <w:p>
      <w:pPr>
        <w:jc w:val="center"/>
      </w:pPr>
      <w:r>
        <w:t>Vygenerované: 27.02.2026 01:03:31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