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[Korespondencia] Klopidogrel verzus aspirín pri ochorení koronárnych artérií</w:t>
      </w:r>
    </w:p>
    <w:p>
      <w:r>
        <w:t>Zdroj: The Lancet</w:t>
      </w:r>
    </w:p>
    <w:p>
      <w:r>
        <w:t>Publikované: 2026-02-28</w:t>
      </w:r>
    </w:p>
    <w:p/>
    <w:p>
      <w:pPr>
        <w:pStyle w:val="Heading1"/>
      </w:pPr>
      <w:r>
        <w:t>Súhrn</w:t>
      </w:r>
    </w:p>
    <w:p>
      <w:r>
        <w:t>Metaanalýza siedmich randomizovaných štúdií zahŕňajúcich takmer 29 000 pacientov porovnávala účinnosť klopidogrelu a aspirínu v sekundárnej prevencii ochorenia koronárnych artérií[1]. Pacienti boli sledovaní v priemere 2,3 rokov a väčšina z nich podstúpila perkutánnu koronárnu intervenciu alebo mala akútny koronárny syndróm[1]. Výsledky ukázali, že po 5,5 rokoch bolo závažných nežiaducich kardiovaskulárnych príhod menej u pacientov užívajúcich klopidogrel (2,61 na 100 paciento-rokov) ako u tých na aspiríne (2,99 na 100 paciento-rokov), čo predstavuje zníženie rizika o 14 percent[1]. Mortalita a závažné krvácanie sa medzi skupinami nelíšili – klopidogrel nezvýšil riziko krvácania[1]. Tieto zistenia naznačujú, že klopidogrel je v monoterapii účinnejší ako aspirín na prevenciu kardiovaskulárnych príhod bez zvýšeného rizika komplikácií[1].</w:t>
      </w:r>
    </w:p>
    <w:p/>
    <w:p>
      <w:pPr>
        <w:jc w:val="center"/>
      </w:pPr>
      <w:r>
        <w:t>Vygenerované: 27.02.2026 01:03:52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