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[Department of Error] Department of Error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Toto je opravný dokument k štúdii publikovejanej v časopise Lancet. Štúdia s názvom „Inhibícia TRPC6 na liečbu fokálnej segmentálnej glomerulosklerózy: randomizovaná, placebom kontrolovaná štúdia fázy 2 s BI 764198“ vyšla v roku 2026 vo vydaní 407, strany 587–98. Autormi sú Trachtman H, Kretzler M, Gesualdo L a kolegovia. Chyba sa týka časti E na obrázku 2, kde dávky pre pacientov 5, 6 a 7 mali byť uvedené ako 20 mg, 20 mg a 80 mg. Oprava bola vykonaná v online verzii článku 26. februára 2026. Dokument neobsahuje ďalšie detaily o výsledkoch štúdie ani štatistiky.</w:t>
      </w:r>
    </w:p>
    <w:p/>
    <w:p>
      <w:pPr>
        <w:jc w:val="center"/>
      </w:pPr>
      <w:r>
        <w:t>Vygenerované: 27.02.2026 01:04:10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