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Porovnávacia účinnosť a znášanlivosť antidopaminergných a muskarínových antipsychotík pre akútnu schizofréniu: sieťová metaanalýza randomizovaných kontrolovaných štúdií indexovaných v medzinárodných anglických a čínskych databázach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Táto sieťová metaanalýza porovnáva účinnosť a znášanlivosť antidopaminergných a muskarínových antipsychotík pri liečbe akútnej schizofrénie. Analyzuje randomizované kontrolované štúdie indexované v medzinárodných anglických a čínskych databázach. Štúdia poskytuje dôkaz o malých až stredných klinicky významných rozdieloch medzi antipsychotikami v účinnosti. Tieto rozdiely si vyžadujú väčší a konkrétnejší dôraz v klinických usmerneniach. Pri výbere lieku pre jednotlivca je potrebné zvážiť dôležité rozdiely v znášanlivosti. Čiastočné agonisty dopamínu majú celkovo lepšiu znášanlivosť. Xanomelín-trospium nemá nežiaduce účinky blokátorov dopamínu, ale spôsobuje cholinergné a anticholinergné nežiaduce účinky.</w:t>
      </w:r>
    </w:p>
    <w:p/>
    <w:p>
      <w:pPr>
        <w:jc w:val="center"/>
      </w:pPr>
      <w:r>
        <w:t>Vygenerované: 27.02.2026 01:04:46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