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Kennedy oznamuje nových členov poradného výboru pre vakcíny po zmene termínu stretnutia</w:t>
      </w:r>
    </w:p>
    <w:p>
      <w:r>
        <w:t>Zdroj: STAT News</w:t>
      </w:r>
    </w:p>
    <w:p>
      <w:r>
        <w:t>Publikované: Sat, 28 Feb 2026 01:53:28 +0000</w:t>
      </w:r>
    </w:p>
    <w:p/>
    <w:p>
      <w:pPr>
        <w:pStyle w:val="Heading1"/>
      </w:pPr>
      <w:r>
        <w:t>Súhrn</w:t>
      </w:r>
    </w:p>
    <w:p>
      <w:r>
        <w:t>Americký minister zdravotníctva Robert F. Kennedy Jr. propustil všetkých 17 členov Poradného výboru pre imunizačné postupy (ACIP) pri CDC. Osm z týchto členov bolo vymenovaných v januári 2025 za prezidenta Joea Bidena. Výbor vydáva oficiálne odporúčania k očkovaniu, ktoré riaditeľ CDC zriedka zamieta. Kennedy zdôvodnil zmenu snahou obnoviť dôveru verejnosti vo vakcinačnú vedu a uprednostniť medicínu založenú na dôkazoch. Noví členovia zahŕňajú vedcov, ktorí predtým spochybňovali účinnosť vakcín. Výbor jednomyseľne zmenil odporúčanie k očkovaniu proti covidu-19: namiesto každoročnej vakcíny pre všetkých od 6 mesiacov odporúča konzultáciu s lekárom. Pomere hlasov 8 ku 3 rozhodol obmedziť vakcínu proti hepatitíde B u novorodencov len na rizikové prípady. Kennedy stiahol 500 miliónov dolárov určených na vývoj vakcín.</w:t>
      </w:r>
    </w:p>
    <w:p/>
    <w:p>
      <w:pPr>
        <w:jc w:val="center"/>
      </w:pPr>
      <w:r>
        <w:t>Vygenerované: 28.02.2026 03:00:34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