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Vedci objavili spínač zabíjania baktérií a mohol by zmeniť boj proti superbaktériám</w:t>
      </w:r>
    </w:p>
    <w:p>
      <w:r>
        <w:t>Zdroj: ScienceDaily Health</w:t>
      </w:r>
    </w:p>
    <w:p>
      <w:r>
        <w:t>Publikované: Sat, 28 Feb 2026 09:20:04 EST</w:t>
      </w:r>
    </w:p>
    <w:p/>
    <w:p>
      <w:pPr>
        <w:pStyle w:val="Heading1"/>
      </w:pPr>
      <w:r>
        <w:t>Súhrn</w:t>
      </w:r>
    </w:p>
    <w:p>
      <w:r>
        <w:t>Vedci objavili, že niekoľko nepríbuzných vírusov deaktivuje kľúčový bakteriálny proteín MurJ, ktorý je nevyhnutný pre stavbu bakteriálnej bunkovej steny. Tieto vírusové proteíny uzamknú MurJ do jednej polohy, čím zastavia stavbu bunkovej steny a vedú k smrti baktérií. Zobrazovanie s vysokým rozlíšením ukazuje, ako vírusové proteíny pôsobia ako klin, ktorý blokuje funkciu MurJ. MurJ prenáša stavebné bloky bunkovej steny, nazývané Lipid II, cez bunkovú membránu. Baktérie odolné voči antibiotikám sú čoraz ťažšie liečiteľné, čo núti hľadať nové ciele na liečbu. Tento objav by mohol zmeniť boj proti superbaktériám.</w:t>
      </w:r>
    </w:p>
    <w:p/>
    <w:p>
      <w:pPr>
        <w:jc w:val="center"/>
      </w:pPr>
      <w:r>
        <w:t>Vygenerované: 28.02.2026 17:00:34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