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kombinácia dvoch liekov sa rovná štandardnému tripletu u neliečených pacientov s HIV</w:t>
      </w:r>
    </w:p>
    <w:p>
      <w:r>
        <w:t>Zdroj: MedPage Today</w:t>
      </w:r>
    </w:p>
    <w:p>
      <w:r>
        <w:t>Publikované: Sat, 28 Feb 2026 09:04:02 -0500</w:t>
      </w:r>
    </w:p>
    <w:p/>
    <w:p>
      <w:pPr>
        <w:pStyle w:val="Heading1"/>
      </w:pPr>
      <w:r>
        <w:t>Súhrn</w:t>
      </w:r>
    </w:p>
    <w:p>
      <w:r>
        <w:t>Štúdia porovnávala novú dvojliekovu kombináciu doravirín/islatravir (100/0,75 mg) so štandardným trojliekovým režimom bictegravir/emtricitabín/tenofovir-alafenamid ako počiatočnú liečbu HIV-1 u dospelých pacientov[1][2]. V skúške participovalo 597 pacientov, ktorí boli náhodne rozdelení na obe skupiny liečby[2]. Po 48 týždňoch dosiahlo potlačenie vírusu (HIV-1 RNA &lt;50 kópií/ml) 88,9 % pacientov v skupine s doravirín/islatravir a 88,3 % v skupine s trojliekovým režimom, čo znamená, že nová kombinácia bola rovnako účinná[2][3]. Bezpečnostný profil oboch režimov bol porovnateľný, pričom závažné nežiaduce účinky sa vyskytli u 9,7 % verzus 11,7 % pacientov[3]. Štúdia však bola ukončená skôr ako plánovaná kvôli pozorovanému poklesu CD4 a lymfocytov v iných štúdiách s islatravírom[2]. Napriek pozitívnym výsledkom sa vývoj tejto dávky doravirín/islatravir zastavil práve z dôvodu týchto bezpečnostných obáv[2].</w:t>
      </w:r>
    </w:p>
    <w:p/>
    <w:p>
      <w:pPr>
        <w:jc w:val="center"/>
      </w:pPr>
      <w:r>
        <w:t>Vygenerované: 28.02.2026 17:01:30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