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Prináša zdrvujúce správy o 'The Pitt': Doktor na pohotovosti</w:t>
      </w:r>
    </w:p>
    <w:p>
      <w:r>
        <w:t>Zdroj: MedPage Today</w:t>
      </w:r>
    </w:p>
    <w:p>
      <w:r>
        <w:t>Publikované: Sun, 01 Mar 2026 10:00:00 -0500</w:t>
      </w:r>
    </w:p>
    <w:p/>
    <w:p>
      <w:pPr>
        <w:pStyle w:val="Heading1"/>
      </w:pPr>
      <w:r>
        <w:t>Súhrn</w:t>
      </w:r>
    </w:p>
    <w:p>
      <w:r>
        <w:t>MedPage Today analyzuje druhú sériu seriálu „The Pitt“ z pohľadu lekára na pohotovosti. Praktický lekár na pohotovosti Jeremy Faust, MD, šéfredaktor MedPage Today, komentuje drámu. Článok sa zameriava na to, ako seriál prináša zdrvujúce správy. Jeremy Faust je praktizujúci lekár na pohotovosti. Píše newslettre Inside Medicine na Bulletin.com. Jeho články vyšli aj v The New York Times.</w:t>
      </w:r>
    </w:p>
    <w:p/>
    <w:p>
      <w:pPr>
        <w:jc w:val="center"/>
      </w:pPr>
      <w:r>
        <w:t>Vygenerované: 01.03.2026 17:00:35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