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 pre vás bublinkový čaj zlý? Nový výskum vyvoláva červené vlajky</w:t>
      </w:r>
    </w:p>
    <w:p>
      <w:r>
        <w:t>Zdroj: ScienceDaily Health</w:t>
      </w:r>
    </w:p>
    <w:p>
      <w:r>
        <w:t>Publikované: Sun, 01 Mar 2026 09:45:49 EST</w:t>
      </w:r>
    </w:p>
    <w:p/>
    <w:p>
      <w:pPr>
        <w:pStyle w:val="Heading1"/>
      </w:pPr>
      <w:r>
        <w:t>Súhrn</w:t>
      </w:r>
    </w:p>
    <w:p>
      <w:r>
        <w:t>Bublinkový čaj môže mať skryté nevýhody kvôli tapiokovým perličkám vyrobeným z manioku, ktoré absorbujú ťažké kovy ako olovo[1]. V veľkom množstve môžu tieto perly spomaliť trávenie alebo spôsobiť upchatie[1]. Nápoj často obsahuje viac cukru ako sóda, čo zvyšuje riziko dutín, obezity, cukrovky a stukovatenia pečene[1]. Správy spájajú častú konzumáciu bublinkového čaju s obličkovými kameňmi a horším duševným zdravím[1]. Všetky testované nápoje obsahovali viac cukru ako horná hranica 25 g denne podľa WHO[1]. Vysoký obsah cukru prispieva k zubnému kazu, nadváhe, obezite, kardiovaskulárnym ochoreniam, cukrovke a niektorým typom rakoviny[1]. Pravidelná konzumácia nie je vhodná najmä pre deti[1].</w:t>
      </w:r>
    </w:p>
    <w:p/>
    <w:p>
      <w:pPr>
        <w:jc w:val="center"/>
      </w:pPr>
      <w:r>
        <w:t>Vygenerované: 01.03.2026 18:00:57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