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Jr. hovorí, že má ADHD</w:t>
      </w:r>
    </w:p>
    <w:p>
      <w:r>
        <w:t>Zdroj: MedPage Today</w:t>
      </w:r>
    </w:p>
    <w:p>
      <w:r>
        <w:t>Publikované: Mon, 02 Mar 2026 16:48:00 -0500</w:t>
      </w:r>
    </w:p>
    <w:p/>
    <w:p>
      <w:pPr>
        <w:pStyle w:val="Heading1"/>
      </w:pPr>
      <w:r>
        <w:t>Súhrn</w:t>
      </w:r>
    </w:p>
    <w:p>
      <w:r>
        <w:t>Robert F. Kennedy Jr., tajomník HHS, uviedol v podcaste Joea Rogana č. 2461, že má ADHD.[1][2] Povedal, že má 11 súrodencov a sedem detí, no napriek tomu dokáže pracovať a sústrediť sa bez ohľadu na okolnosti.[1][2] Diskutoval o spojení čriev a mozgu, kde podľa neho ADHD súvisí s potravinovými farbivami, čo je dobre zdokumentované.[1] Spomenul štúdiu Chrisa Palmera z Harvardu, ktorý výrazne znižuje príznaky schizofrénie zmenou stravy na ketogénnu diétu.[1] Tiež hovoril o veľkom článku, ktorý ukazuje, že deti stratia diagnózu bipolárnej poruchy zmenou stravy.[1] Podcast sa odvysielal 27. februára 2026 a trvá 2 hodiny 32 minút.[4]</w:t>
      </w:r>
    </w:p>
    <w:p/>
    <w:p>
      <w:pPr>
        <w:jc w:val="center"/>
      </w:pPr>
      <w:r>
        <w:t>Vygenerované: 03.03.2026 00:00:38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