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Imunopatogenéza uveitídy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Uveitída je skupina zápalov vnútri oka, ktorá je hlavnou príčinou predvídateľnej straty zraku. Normálne ju obmedzujú fyzické bariéry ako krv-vodná a krv-sietnicová, lokálne imunosupresívne prostredie a systémová tolerancia, vrátane imunitnej odchýlky prednej komory. Pri autoimunitnej forme genetická náchylnosť (HLA trieda I/II a enzýmy ako ERAP) znižuje prah aktivity autoreaktívnych T-buniek, čo vedie k odpovediam Th1/Th17 v drenážnych uzlinách a v oku k cytokínovým kaskádam od mikroglií a makrofágov. B-bunky zhoršujú poškodenie prezentáciou antigénu, cytokínmi, protilátkami a ektopickými lymfoidnými štruktúrami. Autozápalová uveitída vzniká z dysregulovaných vrodených dráh, infekčná z priamej infekcie alebo reaktivácie, postinfekčná z pretrvávajúceho antigénu či molekulárnej mimikry a paraneoplastická z krížovej reakcie protinádorovej imunity s retinálnymi antigénmi. Liečba závisí od typu: pri infekčnej najprv antimikrobiálne látky a potom protizápalové, pri autoimunitnej blokáda TNF a IL-6, pri autozápalovej IL-1. Tkanivové pamäťové T-bunky pretrvávajú v remise a ovplyvňujú riziko relapsu.</w:t>
      </w:r>
    </w:p>
    <w:p/>
    <w:p>
      <w:pPr>
        <w:jc w:val="center"/>
      </w:pPr>
      <w:r>
        <w:t>Vygenerované: 02.03.2026 07:01:14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