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Pooperačná diafragmatická dysfunkcia zistená v mieste starostlivosti a jej spojenie s pľúcnymi komplikáciami po hrudnej chirurgii: protokol pre prospektívnu observačnú štúdiu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Táto prospektívna observačná štúdia skúma súvislosť medzi pooperačnou diafragmatickou dysfunkciou (PDD) zistenou ultrazvukom v mieste starostlivosti (POCUS) a pľúcnymi komplikáciami po minimálne invazívnej hrudnej chirurgii. Štúdia sa koná v Affiliated Cancer Hospital of Guangzhou Medical University a zaradí 148 pacientov na elektívnu pľúcnu resekciu pomocou VATS alebo RATS. Funkciu bránice hodnotia diafragmatickou exkurziou (DE) a diafragmatickou frakciou zhrubnutia (DTF) v štyroch časových bodoch: 1 deň pred operáciou (T0), 30 minút po extubácii (T1), 1. deň po operácii (T2) a 3. deň (T3). Primárnym cieľovým ukazovateľom je incidencia PDD na 1. pooperačný deň, definovaná ako DE &lt; 10 mm alebo negatívna hodnota. Sekundárne ukazatele zahŕňajú incidenciu a závažnosť pľúcnych komplikácií do 7 dní po operácii podľa európskych perioperačných kritérií, zmeny DE a DTF, skóre bolesti a kvalitu zotavenia (QoR-15). Na analýzu sa použijú zhoda skóre sklonu a multivariačná regresia na prispôsobenie zmätočných faktorov. Štúdia je zaregistrovaná pod ChiCTR2500103734.</w:t>
      </w:r>
    </w:p>
    <w:p/>
    <w:p>
      <w:pPr>
        <w:jc w:val="center"/>
      </w:pPr>
      <w:r>
        <w:t>Vygenerované: 02.03.2026 07:45:34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