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From crosstalk among cell populations in the microenvironment of bone degenerative diseases to the novel therapeutic approaches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Bohužiaľ, v poskytnutých výsledkoch vyhľadávania sa nenachádza úplný text editoriálu s názvom "From crosstalk among cell populations in the microenvironment of bone degenerative diseases to the novel therapeutic approaches"[4][5]. Dostupné sú len odkazy na tento článok a krátke úryvky, ktoré neobsahujú dostatočný obsah na vytvorenie podrobného súhrnu podľa vašich požiadaviek. Výsledky vyhľadávania však obsahujú súvisiace články o vzájomnom pôsobení buniek v kostnom prostredí, ktoré sa zaoberajú podobnými témami. Ak by ste chceli, môžem vytvoriť súhrn jedného z týchto dostupných článkov namiesto editoriálu, alebo vám odporúčam získať úplný text editoriálu priamo z pôvodného zdroja.</w:t>
      </w:r>
    </w:p>
    <w:p/>
    <w:p>
      <w:pPr>
        <w:jc w:val="center"/>
      </w:pPr>
      <w:r>
        <w:t>Vygenerované: 02.03.2026 07:46:25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