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Sintilimab plus anlotinib v neskoršej línii liečby pokročilého NSCLC s mutáciou KRAS: multicentrická retrospektívna séria prípadov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Štúdia hodnotila 27 pacientov s pokročilým nemalobunkovým karcinómom pľúc (NSCLC) s mutáciou KRAS, ktorí dostávali v neskoršej línii liečby kombináciu sintilimabu (200 mg intravenózne každé 3 týždne) a anlotinibu (12 mg perorálne denne) po najmenej jednej predchádzajúcej liečbe. S mediánom sledovania 30,3 mesiaca bol medián prežívania bez progresie (PFS) 7,96 mesiaca (95 % CI: 5,6–10,3) a medián celkového prežívania (OS) 12,4 mesiaca (95 % CI: 8,2–16,6). Miera objektívnej odpovede (ORR) dosiahla 33,3 % a miera kontroly ochorenia 92,6 %. Pacienti bez predchádzajúcej antiangiogénnej liečby mali významne lepšie PFS (9,1 vs. 3,0 mesiaca, HR = 0,29, p &lt; 0,001) a OS (13,5 vs. 5,7 mesiaca, HR = 0,42, p = 0,025). Nežiaduce udalosti 3. až 4. stupňa sa vyskytli u 25,9 % pacientov, najmä hypertenzia (11,1 %) a syndróm ruka-noha (7,4 %), bez fatálnych prípadov. Kombinácia ukázala sľubnú účinnosť a zvládnuteľnú toxicitu bez chemoterapie.</w:t>
      </w:r>
    </w:p>
    <w:p/>
    <w:p>
      <w:pPr>
        <w:jc w:val="center"/>
      </w:pPr>
      <w:r>
        <w:t>Vygenerované: 02.03.2026 07:46:37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