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Výkon veľkých jazykových modelov na certifikačnom vyšetrení spánkovej medicíny: komplexná multimodelová analýza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vyhodnotila výkon deviatich veľkých jazykových modelov (LLM) na 197 otázkach s výberom z viacerých možností podľa štandardov American Academy of Sleep Medicine. Každú otázku položili trikrát a presnosť určili prísnym kritériom 3/3 zhody správnych odpovedí. Výkonnosť modelov bola významne heterogénna (χ² = 101,95, df = 8, p &lt; 0,001), s presnosťou od 68,5 % do 95,9 %. Najlepšie dopadli prémiové verzie: Gemini 2.5 Pro (95,9 %, 95 % CI: 93,2–98,7 %), Claude Opus 4 (93,9 %) a ChatGPT GPT-4o (93,4 %). Platené modely prekonali bezplatné o 5,1 až 8,6 percentuálneho bodu (všetky p &lt; 0,05). Najvyššia konzistentnosť bola pri sekundárnych poruchách spánku (92,0 %), najnižšia pri diagnostických metódach (85,9 %). Osem z deviatich modelov prekročilo 80 % referenčnú hodnotu podľa všetkých troch bodovacích kritérií.</w:t>
      </w:r>
    </w:p>
    <w:p/>
    <w:p>
      <w:pPr>
        <w:jc w:val="center"/>
      </w:pPr>
      <w:r>
        <w:t>Vygenerované: 02.03.2026 07:47:23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