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skorého vs. neskorého podania labetalolu na materskú cerebrálnu perfúziu a rast plodu pri závažnej preeklampsii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Retrospektívna kohortová štúdia na 320 ženách s ťažkou preeklampsiou v Číne (2023 – júl 2025) porovnávala skoré (≤ 60 min po diagnóze) a neskoré (&gt; 60 min) intravenózne podanie labetalolu. Skoré podanie viedlo k výrazne väčšiemu zvýšeniu indexu pulzatility strednej cerebrálnej artérie (MCA PI) po 60 minútach, 6 hodinách a 24 hodinách (p ≤ 0,040) a kratšiemu času do kontroly krvného tlaku (medián 60 vs. 95 min, p &lt; 0,001). Po 6 a 24 hodinách bol systolický aj diastolický tlak nižší v skoršej skupine (p &lt; 0,01). Zlepšenie MCA PI nepriamo korelovalo s časom do kontroly tlaku. Materské komplikácie (syndróm HELLP, akútne poškodenie obličiek, pľúcny edém, JIS, úmrtie) a neonatálne výsledky (pôrodná hmotnosť, malý pre gestačný vek, JIS, komplikácie, perinatálna smrť) sa medzi skupinami signifikantne nelíšili. Skoré podanie labetalolu zlepšilo cerebrálnu perfúziu matky a urýchlilo stabilizáciu tlaku bez zhoršenia výsledkov.</w:t>
      </w:r>
    </w:p>
    <w:p/>
    <w:p>
      <w:pPr>
        <w:jc w:val="center"/>
      </w:pPr>
      <w:r>
        <w:t>Vygenerované: 02.03.2026 07:47:44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