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Audit Federal Medicaid zistil masívne preplatky za terapiu autizmu v Colorade</w:t>
      </w:r>
    </w:p>
    <w:p>
      <w:r>
        <w:t>Zdroj: STAT News</w:t>
      </w:r>
    </w:p>
    <w:p>
      <w:r>
        <w:t>Publikované: Mon, 02 Mar 2026 09:30:00 +0000</w:t>
      </w:r>
    </w:p>
    <w:p/>
    <w:p>
      <w:pPr>
        <w:pStyle w:val="Heading1"/>
      </w:pPr>
      <w:r>
        <w:t>Súhrn</w:t>
      </w:r>
    </w:p>
    <w:p>
      <w:r>
        <w:t>Federálny audit Medicaid v Colorade odhalil masívne preplatky za terapiu autizmu nazývanú aplikovaná analýza správania (ABA).[1] Štátny Medicaid program platil za služby nekvalifikovaných behaviorálnych technikov deťom s autizmom, čo vedie k možnému vráteniu 60 až 150 miliónov dolárov federálnej vláde.[1] Preplatky vznikli kvôli nesprávnej dokumentácii služieb a fakturácii neodobrených služieb.[1] Minulý fiskálny rok dosiahli výdavky na túto terapiu 287 miliónov dolárov, čo je nárast o 45 % oproti 207 miliónom dolárov predchádzajúceho roka.[1] Štát čelí rozpočtovému deficitu 1 miliardy dolárov, čo ohrozuje ďalšie programy pre ľudí s nízkym príjmom a postihnutím.[1] Úradníci Medicaid priznali, že platba nekvalifikovaným technikom vytvára zdravotné a finančné riziká.[1] Poskytovatelia terapií sa sťažujú na nízke sadzby úhrad a dlhé čakacie listiny po odchode viacerých firiem v rokoch 2022 a 2023.[1] V septembri 2024 poskytovatelia žalovali Colorado za požiadavku predbežného schválenia služieb Medicaid.[1]</w:t>
      </w:r>
    </w:p>
    <w:p/>
    <w:p>
      <w:pPr>
        <w:jc w:val="center"/>
      </w:pPr>
      <w:r>
        <w:t>Vygenerované: 02.03.2026 11:00:35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