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Titán vo vývoji vakcín vidí, že úspechy jeho odboru unikajú</w:t>
      </w:r>
    </w:p>
    <w:p>
      <w:r>
        <w:t>Zdroj: STAT News</w:t>
      </w:r>
    </w:p>
    <w:p>
      <w:r>
        <w:t>Publikované: Mon, 02 Mar 2026 09:30:00 +0000</w:t>
      </w:r>
    </w:p>
    <w:p/>
    <w:p>
      <w:pPr>
        <w:pStyle w:val="Heading1"/>
      </w:pPr>
      <w:r>
        <w:t>Súhrn</w:t>
      </w:r>
    </w:p>
    <w:p>
      <w:r>
        <w:t>Stanley Plotkin je 93-ročný americký lekár a virológ známy ako „krstný otec vakcín“[1][2][4]. V 60. rokoch hral kľúčovú úlohu pri vývoji vakcíny proti rubeole na Wistar Institute vo Philadelphii[1][2][3]. Tento vakcína na báze RA 27/3 kmeňa vírusu a WI-38 bunkovej línie bola uvoľnená v roku 1969 a viedla k eradikácii rubeoly v USA v roku 2005 podľa CDC[1]. Plotkin sa podieľal aj na vakcínach proti besnote, rotavírusu, cytomegalovírusu, varcele a obrne[1][2][3][7]. Pracoval v Epidemic Intelligence Service CDC v rokoch 1957 až 1960 a bol členom výskumného tímu Wistar od roku 1960 do 1991[1][2][3]. Je emeritným profesorom na Wistar Institute a University of Pennsylvania a konzultantom vakcinačného priemyslu[2][7].</w:t>
      </w:r>
    </w:p>
    <w:p/>
    <w:p>
      <w:pPr>
        <w:jc w:val="center"/>
      </w:pPr>
      <w:r>
        <w:t>Vygenerované: 02.03.2026 11:00:55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