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Stanovisko: Konope sa stalo legálnejším. Je čas aktualizovať zákony týkajúce sa používania tehotnými ľuďmi</w:t>
      </w:r>
    </w:p>
    <w:p>
      <w:r>
        <w:t>Zdroj: STAT News</w:t>
      </w:r>
    </w:p>
    <w:p>
      <w:r>
        <w:t>Publikované: Mon, 02 Mar 2026 09:30:00 +0000</w:t>
      </w:r>
    </w:p>
    <w:p/>
    <w:p>
      <w:pPr>
        <w:pStyle w:val="Heading1"/>
      </w:pPr>
      <w:r>
        <w:t>Súhrn</w:t>
      </w:r>
    </w:p>
    <w:p>
      <w:r>
        <w:t>Článok je stanoviskom, ktoré vyzýva prehodnotiť represívne politiky týkajúce sa užívania kanabisu tehotnými ľuďmi. Uvádza, že kanabis sa stal legálnejším. Zdôrazňuje potrebu aktualizovať zákony okolo používania kanabisu tehotnými osobami. Neobsahuje žiadne štatistiky, čísla ani hlavné zistenia štúdie. Zameriava sa výlučne na túto otázku bez ďalších detailov.</w:t>
      </w:r>
    </w:p>
    <w:p/>
    <w:p>
      <w:pPr>
        <w:jc w:val="center"/>
      </w:pPr>
      <w:r>
        <w:t>Vygenerované: 02.03.2026 11:01:05</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