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Dvojitá vakcína proti Covid-chrípke od Moderny je pripravená na schválenie EMA pri pozitívnom prijatí CHMP</w:t>
      </w:r>
    </w:p>
    <w:p>
      <w:r>
        <w:t>Zdroj: Pharmaceutical Technology</w:t>
      </w:r>
    </w:p>
    <w:p>
      <w:r>
        <w:t>Publikované: Mon, 02 Mar 2026 17:16:18 +0000</w:t>
      </w:r>
    </w:p>
    <w:p/>
    <w:p>
      <w:pPr>
        <w:pStyle w:val="Heading1"/>
      </w:pPr>
      <w:r>
        <w:t>Súhrn</w:t>
      </w:r>
    </w:p>
    <w:p>
      <w:r>
        <w:t>Výbor pre lieky na ľudské použitie (CHMP) Európskej liekovej agentúry (EMA) dňa 26. februára 2026 vydal pozitívne stanovisko na schválenie vakcíny mCOMBRIAX od spoločnosti Moderna Biotech Spain S.L.[1] Táto vakcína je určená na prevenciu chrípky a ochorenia COVID-19 spôsobeného vírusom SARS-CoV-2 u dospelých osôb starších 50 rokov.[1] mCOMBRIAX je mRNA vakcína, ktorá obsahuje genetickú informáciu kódujúcu proteíny proti sezónnym typom chrípky A (H1N1 a H3N2) a B (Victoria linka) a časti proteínu SARS-CoV-2.[1] Vakcína bude dostupná ako injekcia v prefilled striekačkách.[1] Ak bude schválená, mCOMBRIAX by sa stal prvou kombinovanou vakcínou proti COVID-19 a chrípke, ktorá by získala regulačné schválenie na svete.[1] Pozitívne stanovisko CHMP je ďalším krokom v procese schvaľovania, pričom konečné rozhodnutie vydá Európska komisia.</w:t>
      </w:r>
    </w:p>
    <w:p/>
    <w:p>
      <w:pPr>
        <w:jc w:val="center"/>
      </w:pPr>
      <w:r>
        <w:t>Vygenerované: 03.03.2026 11:01:12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