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Trumpova snaha prinútiť Európu, aby platila viac za lieky, vytvára neistotu pre krajiny a pacientov</w:t>
      </w:r>
    </w:p>
    <w:p>
      <w:r>
        <w:t>Zdroj: STAT News</w:t>
      </w:r>
    </w:p>
    <w:p>
      <w:r>
        <w:t>Publikované: Mon, 02 Mar 2026 09:30:00 +0000</w:t>
      </w:r>
    </w:p>
    <w:p/>
    <w:p>
      <w:pPr>
        <w:pStyle w:val="Heading1"/>
      </w:pPr>
      <w:r>
        <w:t>Súhrn</w:t>
      </w:r>
    </w:p>
    <w:p>
      <w:r>
        <w:t>Prezident Donald Trump presadzuje, aby bohaté európske krajiny platili za lieky viac, čím chce znížiť ceny liekov v USA až o 90 percent.[1][2] Podpísal príkaz na zníženie cien v USA na úroveň najnižšej ceny v rozvinutých krajinách a plánuje 30-dňové rokovania s farmaceutickými firmami.[1] Farmaceutické spoločnosti ako Pfizer, Eli Lilly a AstraZeneca uzavreli dohody s Trumpom na jeseň minulého roka, čo ovplyvní európsky trh v roku 2026.[3][4] Európa platí v priemere o tretinu menej za lieky ako USA vďaka štátnym systémom zdravotníctva.[3] Veľká Británia zvýšila ceny nových amerických liekov o 25 percent výmenou za colné úľavy v novej obchodnej dohode s USA.[3] Trump hrozí clami až do 200 percent na lieky vyrobené v zahraničí, ak krajiny nebudú spolupracovať.[5] To môže viesť k zdraženiu liekov, ich nedostatku alebo obmedzeniu prístupu k novým liekom v Európe.[2][3] Slovenský minister zdravotníctva avizuje rokovania na úrovni EÚ.[2]</w:t>
      </w:r>
    </w:p>
    <w:p/>
    <w:p>
      <w:pPr>
        <w:jc w:val="center"/>
      </w:pPr>
      <w:r>
        <w:t>Vygenerované: 02.03.2026 11:01:15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