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Názor: Analyzoval som 6-mesačnú diskusiu na Reddite o domácej ketamínovej terapii. Zistenia ma znepokojili</w:t>
      </w:r>
    </w:p>
    <w:p>
      <w:r>
        <w:t>Zdroj: STAT News</w:t>
      </w:r>
    </w:p>
    <w:p>
      <w:r>
        <w:t>Publikované: Mon, 02 Mar 2026 09:30:00 +0000</w:t>
      </w:r>
    </w:p>
    <w:p/>
    <w:p>
      <w:pPr>
        <w:pStyle w:val="Heading1"/>
      </w:pPr>
      <w:r>
        <w:t>Súhrn</w:t>
      </w:r>
    </w:p>
    <w:p>
      <w:r>
        <w:t>Autor Michael Alvear analyzoval šesť mesiacov diskusií na Reddite o domácej ketamínovej terapii. Zistenia ho znepokojili. Ketamín pre telehealth podľa neho prekročil hranicu od inovácie k abdikácii starostlivosti. Ketamín podľa rešpektovaných štúdií pomáha až trom štvrtinám pacientov s depresiou. Zostáva 25 percent pacientov, ktorým nepomáha. V jednom prípade lekár podal 50 miligramov ketamínu injekčne. Odborník John Krystal z Yaleovej univerzity uviedol, že existuje riziko mimoriadne znepokojivých zážitkov počas liečby, vrátane straty kontroly nad myšlienkami a zmien zmyslového vnímania. Tieto skúsenosti môžu byť potenciálne traumatické.</w:t>
      </w:r>
    </w:p>
    <w:p/>
    <w:p>
      <w:pPr>
        <w:jc w:val="center"/>
      </w:pPr>
      <w:r>
        <w:t>Vygenerované: 02.03.2026 11:01:25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