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Lekári zaplatili za liečbu Epsteinových 'Dievčat'; obavy z prasacej chrípky; 1,5 miliardy dolárov za osýpky?</w:t>
      </w:r>
    </w:p>
    <w:p>
      <w:r>
        <w:t>Zdroj: MedPage Today</w:t>
      </w:r>
    </w:p>
    <w:p>
      <w:r>
        <w:t>Publikované: Mon, 02 Mar 2026 09:30:16 -0500</w:t>
      </w:r>
    </w:p>
    <w:p/>
    <w:p>
      <w:pPr>
        <w:pStyle w:val="Heading1"/>
      </w:pPr>
      <w:r>
        <w:t>Súhrn</w:t>
      </w:r>
    </w:p>
    <w:p>
      <w:r>
        <w:t>The New York Times preskúmal sieť lekárov, ktorí prijali peniaze od odsúdeného sexuálneho delikventa Jeffreyho Epsteina na liečbu jeho „dievčat“. Títo lekári liečili obetiam všetko od rán na hlave až po iné zranenia spôsobené zneužívaním. Článok upozorňuje na spojenie medzi Epsteinovou kriminálnou sieťou a zdravotníckym personálom, ktorý bol zaplatený za poskytnutie starostlivosti. Niektoré odkazy v článku vyžadujú registráciu alebo predplatné. Medzi ďalšie témy patria obavy z prasacej chrípky a návrh na alokáciu 1,5 miliardy dolárov na boj proti osýpkam.[1]</w:t>
      </w:r>
    </w:p>
    <w:p/>
    <w:p>
      <w:pPr>
        <w:jc w:val="center"/>
      </w:pPr>
      <w:r>
        <w:t>Vygenerované: 02.03.2026 17:00:38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