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Mladí ľudia, ktorí prežili rakovinu, čelia rýchlejšiemu starnutiu a možnej skorej demencii</w:t>
      </w:r>
    </w:p>
    <w:p>
      <w:r>
        <w:t>Zdroj: ScienceDaily Health</w:t>
      </w:r>
    </w:p>
    <w:p>
      <w:r>
        <w:t>Publikované: Mon, 02 Mar 2026 12:11:26 EST</w:t>
      </w:r>
    </w:p>
    <w:p/>
    <w:p>
      <w:pPr>
        <w:pStyle w:val="Heading1"/>
      </w:pPr>
      <w:r>
        <w:t>Súhrn</w:t>
      </w:r>
    </w:p>
    <w:p>
      <w:r>
        <w:t>Mladí ľudia, ktorí prežili rakovinu, čelia rýchlejšiemu starnutiu na úrovni buniek aj mozgu. Preživší často vykazujú známky biologického veku vyššieho ako ich skutočný vek. Chemoterapia tento proces zrýchlenia starnutia urýchľuje najviac. Zrýchlené starnutie je spojené s problémami s pamäťou a zameraním. Tieto problémy sa prejavujú vo vzdelávaní a kariérnych výsledkoch. Vedci zistili tieto súvislosti vo výskume. Zdravé návyky ako cvičenie môžu pomôcť vrátiť čas.</w:t>
      </w:r>
    </w:p>
    <w:p/>
    <w:p>
      <w:pPr>
        <w:jc w:val="center"/>
      </w:pPr>
      <w:r>
        <w:t>Vygenerované: 02.03.2026 19:00:39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