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ChatGPT ako terapeut? Nová štúdia odhaľuje vážne etické riziká</w:t>
      </w:r>
    </w:p>
    <w:p>
      <w:r>
        <w:t>Zdroj: ScienceDaily Health</w:t>
      </w:r>
    </w:p>
    <w:p>
      <w:r>
        <w:t>Publikované: Mon, 02 Mar 2026 10:04:35 EST</w:t>
      </w:r>
    </w:p>
    <w:p/>
    <w:p>
      <w:pPr>
        <w:pStyle w:val="Heading1"/>
      </w:pPr>
      <w:r>
        <w:t>Súhrn</w:t>
      </w:r>
    </w:p>
    <w:p>
      <w:r>
        <w:t>Nová štúdia z Brownovej univerzity odhalila vážne etické riziká pri používaní ChatGPT a iných AI chatbotov ako terapeutov. Milióny ľudí sa na tieto systémy obracia po rady v štýle terapie. Aj keď sú systémy poučené, aby konali ako vyškolení terapeuti, bežne porušujú základné etické štandardy starostlivosti o duševné zdravie. Výskumníci v porovnaní s rovesníckymi poradcami a licencovanými psychológmi identifikovali 15 odlišných etických rizík. Medzi nimi patrí nesprávne zvládanie krízových situácií, posilňovanie škodlivých presvedčení, zaujaté reakcie a ponúkanie „klamlivej empatie“, ktorá napodobňuje starostlivosť bez skutočného porozumenia.</w:t>
      </w:r>
    </w:p>
    <w:p/>
    <w:p>
      <w:pPr>
        <w:jc w:val="center"/>
      </w:pPr>
      <w:r>
        <w:t>Vygenerované: 02.03.2026 19:00:56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