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Bezdrôtový sietnicový implantát pomáha slepým pacientom opäť vidieť</w:t>
      </w:r>
    </w:p>
    <w:p>
      <w:r>
        <w:t>Zdroj: ScienceDaily Health</w:t>
      </w:r>
    </w:p>
    <w:p>
      <w:r>
        <w:t>Publikované: Mon, 02 Mar 2026 07:25:50 EST</w:t>
      </w:r>
    </w:p>
    <w:p/>
    <w:p>
      <w:pPr>
        <w:pStyle w:val="Heading1"/>
      </w:pPr>
      <w:r>
        <w:t>Súhrn</w:t>
      </w:r>
    </w:p>
    <w:p>
      <w:r>
        <w:t>Bezdrôtový sietnicový implantát veľkosti 2×2 mm pomáha ľuďom oslepeným pokročilou vekom podmienenou degeneráciou makuly. Implantát nahrádza poškodené svetlocitlivé bunky v sietnici a premieňa svetlo na elektrické signály. Tieto signály obnovujú komunikáciu medzi okom a mozgom. V rozsiahlej medzinárodnej klinickej štúdii nadobudlo viac ako 80 % účastníkov zmysluplné centrálne videnie. Mnohí účastníci po rokoch poklesu zraku opäť dokázali čítať písmená a dokonca aj slová. Prístroj tak dáva novú nádej slepým pacientom.</w:t>
      </w:r>
    </w:p>
    <w:p/>
    <w:p>
      <w:pPr>
        <w:jc w:val="center"/>
      </w:pPr>
      <w:r>
        <w:t>Vygenerované: 02.03.2026 19:01:05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