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Čo spôsobí jedna tabletka Adderall na srdce v priebehu niekoľkých hodín používania</w:t>
      </w:r>
    </w:p>
    <w:p>
      <w:r>
        <w:t>Zdroj: MedPage Today</w:t>
      </w:r>
    </w:p>
    <w:p>
      <w:r>
        <w:t>Publikované: Mon, 02 Mar 2026 15:39:32 -0500</w:t>
      </w:r>
    </w:p>
    <w:p/>
    <w:p>
      <w:pPr>
        <w:pStyle w:val="Heading1"/>
      </w:pPr>
      <w:r>
        <w:t>Súhrn</w:t>
      </w:r>
    </w:p>
    <w:p>
      <w:r>
        <w:t>Jedna dávka amfetamínu-dextroamfetamínu (Adderall) spôsobila akútne kardiovaskulárne účinky u zdravých mladých ľudí, ktorí ho pravidelne neužívali, podľa malej kontrolovanej štúdie zverejnenej na MedPage Today. Pokojový systolický krvný tlak sa výrazne zvýšil. Štúdia zistila tieto zmeny krátkodobo po podaní lieku. Iná štúdia na deťoch s ADHD ukázala, že krátkodobé kardiovaskulárne účinky Adderallu v dávkach do 15 mg/deň boli skromné a klinicky nevýznamné, bez závažných zmien v pulze, diastolickom ani systolickom tlaku.[1] Dlhodobé užívanie stimulantov ako Adderall zvyšuje riziko kardiomyopatie u mladých dospelých – o 17 % po jednom roku a o 57 % po ôsmich rokoch oproti nepoužívateľom.[2] Kardiomyopatia oslabuje srdcový sval a môže viesť k únave a obmedzeniu bežných činností. Štúdia sledovala 12 759 párov pacientov po dobu najmenej 10 rokov.[2]</w:t>
      </w:r>
    </w:p>
    <w:p/>
    <w:p>
      <w:pPr>
        <w:jc w:val="center"/>
      </w:pPr>
      <w:r>
        <w:t>Vygenerované: 02.03.2026 23:00:44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