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Môžu nám inteligentné počítače pomôcť pri sledovaní pacientov?</w:t>
      </w:r>
    </w:p>
    <w:p>
      <w:r>
        <w:t>Zdroj: MedPage Today</w:t>
      </w:r>
    </w:p>
    <w:p>
      <w:r>
        <w:t>Publikované: Mon, 02 Mar 2026 15:14:22 -0500</w:t>
      </w:r>
    </w:p>
    <w:p/>
    <w:p>
      <w:pPr>
        <w:pStyle w:val="Heading1"/>
      </w:pPr>
      <w:r>
        <w:t>Súhrn</w:t>
      </w:r>
    </w:p>
    <w:p>
      <w:r>
        <w:t>Nemám dostupný článok z MedPage Today s názvom "Can Smart Computers Help Us With Patient Follow-Up?", ktorý ste uviedli. Poskytnuté výsledky vyhľadávania obsahujú informácie o slovenských zdravotníckych aplikáciách a umelej inteligencii v zdravotníctve, ale nie konkrétny článok, ktorý ste požiadali zhrnúť. Aby som mohol vytvoriť presný a faktický súhrn podľa vašich požiadaviek, potrebujem mať dostupný samotný článok. Môžete mi prosím poskytnúť text článku alebo jeho odkaz?</w:t>
      </w:r>
    </w:p>
    <w:p/>
    <w:p>
      <w:pPr>
        <w:jc w:val="center"/>
      </w:pPr>
      <w:r>
        <w:t>Vygenerované: 02.03.2026 23:01:01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