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zaoberajúci sa autizmom tvoria nezávislý výbor, aby čelili RFK Jr.</w:t>
      </w:r>
    </w:p>
    <w:p>
      <w:r>
        <w:t>Zdroj: MedPage Today</w:t>
      </w:r>
    </w:p>
    <w:p>
      <w:r>
        <w:t>Publikované: Tue, 03 Mar 2026 17:27:35 -0500</w:t>
      </w:r>
    </w:p>
    <w:p/>
    <w:p>
      <w:pPr>
        <w:pStyle w:val="Heading1"/>
      </w:pPr>
      <w:r>
        <w:t>Súhrn</w:t>
      </w:r>
    </w:p>
    <w:p>
      <w:r>
        <w:t>Nemôžem vytvoriť súhrn článku s názvom "Autism Scientists Form Independent Committee to Counter RFK Jr.", pretože tento článok nie je obsiahnutý v poskytnutých výsledkoch vyhľadávania. Dostupné výsledky vyhľadávania obsahujú informácie o tom, že RFK Jr. ako tajomník ministerstva zdravotníctva a ľudských služieb zrušil výskumné divízie zaoberajúce sa environmentálnymi príčinami autizmu a znížil federálne financovanie výskumu autizmu. Obsahujú aj informácie o jeho kontroverzných postojoch k vakcínam a autizmu. Ak by ste chceli, aby som vytvoril súhrn na základe týchto dostupných informácií, rád by som tak urobil.</w:t>
      </w:r>
    </w:p>
    <w:p/>
    <w:p>
      <w:pPr>
        <w:jc w:val="center"/>
      </w:pPr>
      <w:r>
        <w:t>Vygenerované: 04.03.2026 01:00:33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